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455F" w14:textId="77777777" w:rsidR="0087356A" w:rsidRDefault="0087356A">
      <w:pPr>
        <w:spacing w:after="20"/>
        <w:jc w:val="center"/>
        <w:rPr>
          <w:b/>
          <w:color w:val="213992"/>
          <w:sz w:val="30"/>
          <w:lang w:val="es-CL"/>
        </w:rPr>
      </w:pPr>
    </w:p>
    <w:p w14:paraId="52B07806" w14:textId="6A403196" w:rsidR="00B93CFA" w:rsidRPr="00F54813" w:rsidRDefault="00253441">
      <w:pPr>
        <w:spacing w:after="20"/>
        <w:jc w:val="center"/>
        <w:rPr>
          <w:lang w:val="es-CL"/>
        </w:rPr>
      </w:pPr>
      <w:r w:rsidRPr="00F54813">
        <w:rPr>
          <w:b/>
          <w:color w:val="213992"/>
          <w:sz w:val="30"/>
          <w:lang w:val="es-CL"/>
        </w:rPr>
        <w:t>MANDATO SIMPLE DE REPRESENTACIÓN</w:t>
      </w:r>
    </w:p>
    <w:p w14:paraId="56F9728B" w14:textId="77777777" w:rsidR="00B93CFA" w:rsidRPr="00F54813" w:rsidRDefault="00253441">
      <w:pPr>
        <w:spacing w:after="160"/>
        <w:jc w:val="center"/>
        <w:rPr>
          <w:b/>
          <w:color w:val="008EFF"/>
          <w:sz w:val="21"/>
          <w:lang w:val="es-CL"/>
        </w:rPr>
      </w:pPr>
      <w:r w:rsidRPr="00F54813">
        <w:rPr>
          <w:b/>
          <w:color w:val="008EFF"/>
          <w:sz w:val="21"/>
          <w:lang w:val="es-CL"/>
        </w:rPr>
        <w:t>Postulación al Consejo de la Sociedad Civil (COSOC) de SERNATUR 2026</w:t>
      </w:r>
    </w:p>
    <w:p w14:paraId="2D425CCA" w14:textId="77777777" w:rsidR="00F54813" w:rsidRPr="00F54813" w:rsidRDefault="00F54813">
      <w:pPr>
        <w:spacing w:after="160"/>
        <w:jc w:val="center"/>
        <w:rPr>
          <w:lang w:val="es-CL"/>
        </w:rPr>
      </w:pPr>
    </w:p>
    <w:p w14:paraId="2D75C37B" w14:textId="77777777" w:rsidR="00B93CFA" w:rsidRPr="00F54813" w:rsidRDefault="00253441">
      <w:pPr>
        <w:spacing w:before="120" w:after="100"/>
        <w:rPr>
          <w:lang w:val="es-CL"/>
        </w:rPr>
      </w:pPr>
      <w:r w:rsidRPr="00F54813">
        <w:rPr>
          <w:bCs/>
          <w:lang w:val="es-CL"/>
        </w:rPr>
        <w:t>Lugar y fecha:</w:t>
      </w:r>
      <w:r w:rsidRPr="00F54813">
        <w:rPr>
          <w:b/>
          <w:lang w:val="es-CL"/>
        </w:rPr>
        <w:t xml:space="preserve"> </w:t>
      </w:r>
      <w:r w:rsidRPr="00F54813">
        <w:rPr>
          <w:lang w:val="es-CL"/>
        </w:rPr>
        <w:t xml:space="preserve">[Comuna/Ciudad], ____ de __________________ </w:t>
      </w:r>
      <w:proofErr w:type="spellStart"/>
      <w:r w:rsidRPr="00F54813">
        <w:rPr>
          <w:lang w:val="es-CL"/>
        </w:rPr>
        <w:t>de</w:t>
      </w:r>
      <w:proofErr w:type="spellEnd"/>
      <w:r w:rsidRPr="00F54813">
        <w:rPr>
          <w:lang w:val="es-CL"/>
        </w:rPr>
        <w:t xml:space="preserve"> 2026.</w:t>
      </w:r>
    </w:p>
    <w:p w14:paraId="07B3E5AC" w14:textId="77777777" w:rsidR="00F54813" w:rsidRPr="00F54813" w:rsidRDefault="00F54813">
      <w:pPr>
        <w:spacing w:before="120" w:after="100"/>
        <w:rPr>
          <w:lang w:val="es-CL"/>
        </w:rPr>
      </w:pPr>
    </w:p>
    <w:p w14:paraId="19D8FE8F" w14:textId="3644CD93" w:rsidR="00B93CFA" w:rsidRPr="00F54813" w:rsidRDefault="00253441" w:rsidP="00F54813">
      <w:pPr>
        <w:pStyle w:val="Prrafodelista"/>
        <w:numPr>
          <w:ilvl w:val="0"/>
          <w:numId w:val="10"/>
        </w:numPr>
        <w:spacing w:before="80"/>
        <w:rPr>
          <w:b/>
          <w:color w:val="213992"/>
          <w:lang w:val="es-CL"/>
        </w:rPr>
      </w:pPr>
      <w:r w:rsidRPr="00F54813">
        <w:rPr>
          <w:b/>
          <w:color w:val="213992"/>
          <w:lang w:val="es-CL"/>
        </w:rPr>
        <w:t>DATOS DE LA ORGANIZACIÓN</w:t>
      </w:r>
    </w:p>
    <w:p w14:paraId="661B0968" w14:textId="77777777" w:rsidR="00F54813" w:rsidRPr="00F54813" w:rsidRDefault="00F54813" w:rsidP="00F54813">
      <w:pPr>
        <w:pStyle w:val="Prrafodelista"/>
        <w:spacing w:before="8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803"/>
      </w:tblGrid>
      <w:tr w:rsidR="00B93CFA" w:rsidRPr="00F54813" w14:paraId="1053B001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AA6242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N</w:t>
            </w:r>
            <w:r w:rsidRPr="00F54813">
              <w:rPr>
                <w:b/>
                <w:color w:val="213992"/>
                <w:sz w:val="21"/>
                <w:lang w:val="es-CL"/>
              </w:rPr>
              <w:t>ombre de la organización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883B32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>[Nombre completo]</w:t>
            </w:r>
          </w:p>
        </w:tc>
      </w:tr>
      <w:tr w:rsidR="00B93CFA" w:rsidRPr="00F54813" w14:paraId="3897B885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93CABC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RUT de la organización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D58D3A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>[RUT]</w:t>
            </w:r>
          </w:p>
        </w:tc>
      </w:tr>
      <w:tr w:rsidR="00B93CFA" w:rsidRPr="00F54813" w14:paraId="71ED7854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8EA6FA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Domicilio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A88470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>[Dirección / comuna / región]</w:t>
            </w:r>
          </w:p>
        </w:tc>
      </w:tr>
      <w:tr w:rsidR="00B93CFA" w:rsidRPr="00F54813" w14:paraId="61904264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2E1ED5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Nombre de quien firma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1B603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>[Nombre completo del/de la representante legal o persona facultada]</w:t>
            </w:r>
          </w:p>
        </w:tc>
      </w:tr>
      <w:tr w:rsidR="00B93CFA" w:rsidRPr="00F54813" w14:paraId="636DC48D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4FE418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Cédula de identidad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EE70E4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 xml:space="preserve">[RUT / </w:t>
            </w:r>
            <w:proofErr w:type="spellStart"/>
            <w:r w:rsidRPr="00F54813">
              <w:rPr>
                <w:color w:val="5D6C7C"/>
                <w:sz w:val="21"/>
                <w:lang w:val="es-CL"/>
              </w:rPr>
              <w:t>N.°</w:t>
            </w:r>
            <w:proofErr w:type="spellEnd"/>
            <w:r w:rsidRPr="00F54813">
              <w:rPr>
                <w:color w:val="5D6C7C"/>
                <w:sz w:val="21"/>
                <w:lang w:val="es-CL"/>
              </w:rPr>
              <w:t xml:space="preserve"> de documento]</w:t>
            </w:r>
          </w:p>
        </w:tc>
      </w:tr>
      <w:tr w:rsidR="00B93CFA" w:rsidRPr="00F54813" w14:paraId="12E12FD2" w14:textId="77777777">
        <w:trPr>
          <w:jc w:val="center"/>
        </w:trPr>
        <w:tc>
          <w:tcPr>
            <w:tcW w:w="3402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1A3A74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b/>
                <w:color w:val="213992"/>
                <w:sz w:val="21"/>
                <w:lang w:val="es-CL"/>
              </w:rPr>
              <w:t>Cargo o calidad</w:t>
            </w:r>
          </w:p>
        </w:tc>
        <w:tc>
          <w:tcPr>
            <w:tcW w:w="6803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4136D3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21"/>
                <w:lang w:val="es-CL"/>
              </w:rPr>
              <w:t>[Cargo o calidad en que representa a la organización]</w:t>
            </w:r>
          </w:p>
        </w:tc>
      </w:tr>
    </w:tbl>
    <w:p w14:paraId="63F445BB" w14:textId="77777777" w:rsidR="00B93CFA" w:rsidRPr="00F54813" w:rsidRDefault="00253441">
      <w:pPr>
        <w:spacing w:before="140"/>
        <w:rPr>
          <w:lang w:val="es-CL"/>
        </w:rPr>
      </w:pPr>
      <w:r w:rsidRPr="00F54813">
        <w:rPr>
          <w:b/>
          <w:color w:val="213992"/>
          <w:lang w:val="es-CL"/>
        </w:rPr>
        <w:t>2. DESIGNACIÓN DE REPRESENTANTES</w:t>
      </w:r>
    </w:p>
    <w:p w14:paraId="0EE8CE49" w14:textId="52256D3C" w:rsidR="00F54813" w:rsidRDefault="00253441" w:rsidP="00F54813">
      <w:pPr>
        <w:spacing w:before="240" w:after="80"/>
        <w:rPr>
          <w:lang w:val="es-CL"/>
        </w:rPr>
      </w:pPr>
      <w:r w:rsidRPr="00F54813">
        <w:rPr>
          <w:lang w:val="es-CL"/>
        </w:rPr>
        <w:t xml:space="preserve">Por medio del presente mandato, la organización individualizada precedentemente designa a las siguientes personas para representarla ante el Consejo de la Sociedad Civil (COSOC) de </w:t>
      </w:r>
      <w:proofErr w:type="spellStart"/>
      <w:r w:rsidRPr="00F54813">
        <w:rPr>
          <w:lang w:val="es-CL"/>
        </w:rPr>
        <w:t>S</w:t>
      </w:r>
      <w:r w:rsidR="00850800">
        <w:rPr>
          <w:lang w:val="es-CL"/>
        </w:rPr>
        <w:t>ernatur</w:t>
      </w:r>
      <w:proofErr w:type="spellEnd"/>
      <w:r w:rsidRPr="00F54813">
        <w:rPr>
          <w:lang w:val="es-CL"/>
        </w:rPr>
        <w:t>, en el marco del proceso de conformación 2026:</w:t>
      </w:r>
    </w:p>
    <w:p w14:paraId="5B72D34D" w14:textId="77777777" w:rsidR="00F54813" w:rsidRPr="00F54813" w:rsidRDefault="00F54813" w:rsidP="00850800">
      <w:pPr>
        <w:spacing w:after="8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B93CFA" w:rsidRPr="00F54813" w14:paraId="640A37C0" w14:textId="77777777">
        <w:trPr>
          <w:jc w:val="center"/>
        </w:trPr>
        <w:tc>
          <w:tcPr>
            <w:tcW w:w="2550" w:type="dxa"/>
            <w:tcBorders>
              <w:top w:val="single" w:sz="5" w:space="0" w:color="213992"/>
              <w:left w:val="single" w:sz="5" w:space="0" w:color="213992"/>
              <w:bottom w:val="single" w:sz="5" w:space="0" w:color="213992"/>
              <w:right w:val="single" w:sz="5" w:space="0" w:color="213992"/>
            </w:tcBorders>
            <w:shd w:val="clear" w:color="auto" w:fill="21399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C10098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FFFFFF"/>
                <w:sz w:val="19"/>
                <w:lang w:val="es-CL"/>
              </w:rPr>
              <w:t>Rol</w:t>
            </w:r>
          </w:p>
        </w:tc>
        <w:tc>
          <w:tcPr>
            <w:tcW w:w="2550" w:type="dxa"/>
            <w:tcBorders>
              <w:top w:val="single" w:sz="5" w:space="0" w:color="213992"/>
              <w:left w:val="single" w:sz="5" w:space="0" w:color="213992"/>
              <w:bottom w:val="single" w:sz="5" w:space="0" w:color="213992"/>
              <w:right w:val="single" w:sz="5" w:space="0" w:color="213992"/>
            </w:tcBorders>
            <w:shd w:val="clear" w:color="auto" w:fill="21399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40B849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FFFFFF"/>
                <w:sz w:val="19"/>
                <w:lang w:val="es-CL"/>
              </w:rPr>
              <w:t>Nombre completo</w:t>
            </w:r>
          </w:p>
        </w:tc>
        <w:tc>
          <w:tcPr>
            <w:tcW w:w="2550" w:type="dxa"/>
            <w:tcBorders>
              <w:top w:val="single" w:sz="5" w:space="0" w:color="213992"/>
              <w:left w:val="single" w:sz="5" w:space="0" w:color="213992"/>
              <w:bottom w:val="single" w:sz="5" w:space="0" w:color="213992"/>
              <w:right w:val="single" w:sz="5" w:space="0" w:color="213992"/>
            </w:tcBorders>
            <w:shd w:val="clear" w:color="auto" w:fill="21399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EAA609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FFFFFF"/>
                <w:sz w:val="19"/>
                <w:lang w:val="es-CL"/>
              </w:rPr>
              <w:t>Cédula de identidad</w:t>
            </w:r>
          </w:p>
        </w:tc>
        <w:tc>
          <w:tcPr>
            <w:tcW w:w="2550" w:type="dxa"/>
            <w:tcBorders>
              <w:top w:val="single" w:sz="5" w:space="0" w:color="213992"/>
              <w:left w:val="single" w:sz="5" w:space="0" w:color="213992"/>
              <w:bottom w:val="single" w:sz="5" w:space="0" w:color="213992"/>
              <w:right w:val="single" w:sz="5" w:space="0" w:color="213992"/>
            </w:tcBorders>
            <w:shd w:val="clear" w:color="auto" w:fill="213992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F04EC1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FFFFFF"/>
                <w:sz w:val="19"/>
                <w:lang w:val="es-CL"/>
              </w:rPr>
              <w:t>Correo electrónico</w:t>
            </w:r>
          </w:p>
        </w:tc>
      </w:tr>
      <w:tr w:rsidR="00B93CFA" w:rsidRPr="00F54813" w14:paraId="40CD19D6" w14:textId="77777777">
        <w:trPr>
          <w:jc w:val="center"/>
        </w:trPr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7709B868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213992"/>
                <w:sz w:val="19"/>
                <w:lang w:val="es-CL"/>
              </w:rPr>
              <w:t>Titular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AF4710E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>[Nombre completo]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EA208EB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 xml:space="preserve">[RUT / </w:t>
            </w:r>
            <w:proofErr w:type="spellStart"/>
            <w:r w:rsidRPr="00F54813">
              <w:rPr>
                <w:color w:val="5D6C7C"/>
                <w:sz w:val="19"/>
                <w:lang w:val="es-CL"/>
              </w:rPr>
              <w:t>N.°</w:t>
            </w:r>
            <w:proofErr w:type="spellEnd"/>
            <w:r w:rsidRPr="00F54813">
              <w:rPr>
                <w:color w:val="5D6C7C"/>
                <w:sz w:val="19"/>
                <w:lang w:val="es-CL"/>
              </w:rPr>
              <w:t xml:space="preserve"> documento]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93CE940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>[Correo electrónico]</w:t>
            </w:r>
          </w:p>
        </w:tc>
      </w:tr>
      <w:tr w:rsidR="00B93CFA" w:rsidRPr="00F54813" w14:paraId="760D5D9E" w14:textId="77777777">
        <w:trPr>
          <w:jc w:val="center"/>
        </w:trPr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shd w:val="clear" w:color="auto" w:fill="EEF5FC"/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764FB90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213992"/>
                <w:sz w:val="19"/>
                <w:lang w:val="es-CL"/>
              </w:rPr>
              <w:t>Suplente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18138E78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>[Nombre completo]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14D4C30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 xml:space="preserve">[RUT / </w:t>
            </w:r>
            <w:proofErr w:type="spellStart"/>
            <w:r w:rsidRPr="00F54813">
              <w:rPr>
                <w:color w:val="5D6C7C"/>
                <w:sz w:val="19"/>
                <w:lang w:val="es-CL"/>
              </w:rPr>
              <w:t>N.°</w:t>
            </w:r>
            <w:proofErr w:type="spellEnd"/>
            <w:r w:rsidRPr="00F54813">
              <w:rPr>
                <w:color w:val="5D6C7C"/>
                <w:sz w:val="19"/>
                <w:lang w:val="es-CL"/>
              </w:rPr>
              <w:t xml:space="preserve"> documento]</w:t>
            </w:r>
          </w:p>
        </w:tc>
        <w:tc>
          <w:tcPr>
            <w:tcW w:w="255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85" w:type="dxa"/>
              <w:left w:w="70" w:type="dxa"/>
              <w:bottom w:w="85" w:type="dxa"/>
              <w:right w:w="70" w:type="dxa"/>
            </w:tcMar>
          </w:tcPr>
          <w:p w14:paraId="4D70A8ED" w14:textId="77777777" w:rsidR="00B93CFA" w:rsidRPr="00F54813" w:rsidRDefault="00253441">
            <w:pPr>
              <w:spacing w:after="0"/>
              <w:rPr>
                <w:lang w:val="es-CL"/>
              </w:rPr>
            </w:pPr>
            <w:r w:rsidRPr="00F54813">
              <w:rPr>
                <w:color w:val="5D6C7C"/>
                <w:sz w:val="19"/>
                <w:lang w:val="es-CL"/>
              </w:rPr>
              <w:t>[Correo electrónico]</w:t>
            </w:r>
          </w:p>
        </w:tc>
      </w:tr>
    </w:tbl>
    <w:p w14:paraId="175A511B" w14:textId="77777777" w:rsidR="00850800" w:rsidRDefault="00850800">
      <w:pPr>
        <w:spacing w:before="140"/>
        <w:rPr>
          <w:b/>
          <w:color w:val="213992"/>
          <w:lang w:val="es-CL"/>
        </w:rPr>
      </w:pPr>
    </w:p>
    <w:p w14:paraId="79CD6836" w14:textId="0DE7F979" w:rsidR="00B93CFA" w:rsidRPr="00F54813" w:rsidRDefault="00253441">
      <w:pPr>
        <w:spacing w:before="140"/>
        <w:rPr>
          <w:lang w:val="es-CL"/>
        </w:rPr>
      </w:pPr>
      <w:r w:rsidRPr="00F54813">
        <w:rPr>
          <w:b/>
          <w:color w:val="213992"/>
          <w:lang w:val="es-CL"/>
        </w:rPr>
        <w:t>3. ALCANCE DEL MANDATO</w:t>
      </w:r>
    </w:p>
    <w:p w14:paraId="5823DC86" w14:textId="2750A60E" w:rsidR="00B93CFA" w:rsidRPr="00F54813" w:rsidRDefault="00253441">
      <w:pPr>
        <w:rPr>
          <w:lang w:val="es-CL"/>
        </w:rPr>
      </w:pPr>
      <w:r w:rsidRPr="00F54813">
        <w:rPr>
          <w:sz w:val="21"/>
          <w:lang w:val="es-CL"/>
        </w:rPr>
        <w:t xml:space="preserve">Las personas designadas quedan autorizadas para representar a la organización ante el COSOC de </w:t>
      </w:r>
      <w:proofErr w:type="spellStart"/>
      <w:r w:rsidRPr="00F54813">
        <w:rPr>
          <w:sz w:val="21"/>
          <w:lang w:val="es-CL"/>
        </w:rPr>
        <w:t>S</w:t>
      </w:r>
      <w:r w:rsidR="00850800">
        <w:rPr>
          <w:sz w:val="21"/>
          <w:lang w:val="es-CL"/>
        </w:rPr>
        <w:t>ernatur</w:t>
      </w:r>
      <w:proofErr w:type="spellEnd"/>
      <w:r w:rsidRPr="00F54813">
        <w:rPr>
          <w:sz w:val="21"/>
          <w:lang w:val="es-CL"/>
        </w:rPr>
        <w:t>, según el rol indicado, y participar en las instancias y comunicaciones propias del Consejo.</w:t>
      </w:r>
    </w:p>
    <w:p w14:paraId="72CFD2B9" w14:textId="292CDDBB" w:rsidR="00B93CFA" w:rsidRDefault="00253441">
      <w:pPr>
        <w:spacing w:after="100"/>
        <w:rPr>
          <w:sz w:val="21"/>
          <w:lang w:val="es-CL"/>
        </w:rPr>
      </w:pPr>
      <w:r w:rsidRPr="00F54813">
        <w:rPr>
          <w:sz w:val="21"/>
          <w:lang w:val="es-CL"/>
        </w:rPr>
        <w:t xml:space="preserve">Este mandato será válido mientras se mantenga la representación de la organización ante el COSOC, salvo que esta comunique formalmente una modificación a </w:t>
      </w:r>
      <w:proofErr w:type="spellStart"/>
      <w:r w:rsidRPr="00F54813">
        <w:rPr>
          <w:sz w:val="21"/>
          <w:lang w:val="es-CL"/>
        </w:rPr>
        <w:t>S</w:t>
      </w:r>
      <w:r w:rsidR="00850800">
        <w:rPr>
          <w:sz w:val="21"/>
          <w:lang w:val="es-CL"/>
        </w:rPr>
        <w:t>ernatur</w:t>
      </w:r>
      <w:proofErr w:type="spellEnd"/>
      <w:r w:rsidRPr="00F54813">
        <w:rPr>
          <w:sz w:val="21"/>
          <w:lang w:val="es-CL"/>
        </w:rPr>
        <w:t>.</w:t>
      </w:r>
    </w:p>
    <w:p w14:paraId="604F27CC" w14:textId="77777777" w:rsidR="00850800" w:rsidRPr="00F54813" w:rsidRDefault="00850800">
      <w:pPr>
        <w:spacing w:after="100"/>
        <w:rPr>
          <w:lang w:val="es-CL"/>
        </w:rPr>
      </w:pPr>
    </w:p>
    <w:p w14:paraId="10289B33" w14:textId="77777777" w:rsidR="00850800" w:rsidRPr="00F54813" w:rsidRDefault="00850800" w:rsidP="00850800">
      <w:pPr>
        <w:spacing w:before="100"/>
        <w:rPr>
          <w:lang w:val="es-C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B93CFA" w:rsidRPr="00F54813" w14:paraId="2A18DF9C" w14:textId="77777777">
        <w:trPr>
          <w:jc w:val="center"/>
        </w:trPr>
        <w:tc>
          <w:tcPr>
            <w:tcW w:w="10200" w:type="dxa"/>
            <w:tcBorders>
              <w:top w:val="single" w:sz="5" w:space="0" w:color="D9E2F3"/>
              <w:left w:val="single" w:sz="5" w:space="0" w:color="D9E2F3"/>
              <w:bottom w:val="single" w:sz="5" w:space="0" w:color="D9E2F3"/>
              <w:right w:val="single" w:sz="5" w:space="0" w:color="D9E2F3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FB4BD2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color w:val="263746"/>
                <w:sz w:val="19"/>
                <w:lang w:val="es-CL"/>
              </w:rPr>
              <w:br/>
              <w:t>____________________________________________</w:t>
            </w:r>
          </w:p>
          <w:p w14:paraId="779892D9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b/>
                <w:color w:val="263746"/>
                <w:sz w:val="19"/>
                <w:lang w:val="es-CL"/>
              </w:rPr>
              <w:t>Firma</w:t>
            </w:r>
          </w:p>
          <w:p w14:paraId="33468DB0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color w:val="263746"/>
                <w:sz w:val="19"/>
                <w:lang w:val="es-CL"/>
              </w:rPr>
              <w:t>Nombre: [Nombre completo]</w:t>
            </w:r>
          </w:p>
          <w:p w14:paraId="539AEDC7" w14:textId="77777777" w:rsidR="00B93CFA" w:rsidRPr="00F54813" w:rsidRDefault="00253441">
            <w:pPr>
              <w:spacing w:after="0"/>
              <w:jc w:val="center"/>
              <w:rPr>
                <w:lang w:val="es-CL"/>
              </w:rPr>
            </w:pPr>
            <w:r w:rsidRPr="00F54813">
              <w:rPr>
                <w:color w:val="263746"/>
                <w:sz w:val="19"/>
                <w:lang w:val="es-CL"/>
              </w:rPr>
              <w:t>Cargo o calidad: [Cargo]</w:t>
            </w:r>
          </w:p>
          <w:p w14:paraId="79A0D503" w14:textId="57B6B631" w:rsidR="00B93CFA" w:rsidRPr="00F54813" w:rsidRDefault="00B93CFA">
            <w:pPr>
              <w:spacing w:after="0"/>
              <w:jc w:val="center"/>
              <w:rPr>
                <w:lang w:val="es-CL"/>
              </w:rPr>
            </w:pPr>
          </w:p>
        </w:tc>
      </w:tr>
    </w:tbl>
    <w:p w14:paraId="17471F8B" w14:textId="77777777" w:rsidR="00B93CFA" w:rsidRDefault="00253441">
      <w:pPr>
        <w:spacing w:before="100" w:after="0"/>
        <w:jc w:val="center"/>
        <w:rPr>
          <w:color w:val="5D6C7C"/>
          <w:sz w:val="17"/>
          <w:lang w:val="es-CL"/>
        </w:rPr>
      </w:pPr>
      <w:r w:rsidRPr="00F54813">
        <w:rPr>
          <w:color w:val="5D6C7C"/>
          <w:sz w:val="17"/>
          <w:lang w:val="es-CL"/>
        </w:rPr>
        <w:t>Documento de respaldo para la postulación al COSOC de SERNATUR 2026</w:t>
      </w:r>
    </w:p>
    <w:p w14:paraId="5F9E9BF0" w14:textId="77777777" w:rsidR="00850800" w:rsidRPr="00850800" w:rsidRDefault="00850800" w:rsidP="00850800">
      <w:pPr>
        <w:rPr>
          <w:lang w:val="es-CL"/>
        </w:rPr>
      </w:pPr>
    </w:p>
    <w:p w14:paraId="333B272F" w14:textId="7D35A583" w:rsidR="00850800" w:rsidRPr="00850800" w:rsidRDefault="00850800" w:rsidP="00850800">
      <w:pPr>
        <w:tabs>
          <w:tab w:val="left" w:pos="5988"/>
        </w:tabs>
        <w:rPr>
          <w:lang w:val="es-CL"/>
        </w:rPr>
      </w:pPr>
    </w:p>
    <w:sectPr w:rsidR="00850800" w:rsidRPr="00850800" w:rsidSect="00034616">
      <w:footerReference w:type="default" r:id="rId8"/>
      <w:pgSz w:w="12240" w:h="15840"/>
      <w:pgMar w:top="709" w:right="1020" w:bottom="65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307F" w14:textId="77777777" w:rsidR="00253441" w:rsidRDefault="00253441">
      <w:pPr>
        <w:spacing w:after="0"/>
      </w:pPr>
      <w:r>
        <w:separator/>
      </w:r>
    </w:p>
  </w:endnote>
  <w:endnote w:type="continuationSeparator" w:id="0">
    <w:p w14:paraId="3C5E7675" w14:textId="77777777" w:rsidR="00253441" w:rsidRDefault="002534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BCC1C" w14:textId="4CC6AF08" w:rsidR="00B93CFA" w:rsidRDefault="00B93CFA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A044" w14:textId="77777777" w:rsidR="00253441" w:rsidRDefault="00253441">
      <w:pPr>
        <w:spacing w:after="0"/>
      </w:pPr>
      <w:r>
        <w:separator/>
      </w:r>
    </w:p>
  </w:footnote>
  <w:footnote w:type="continuationSeparator" w:id="0">
    <w:p w14:paraId="0BFA3A22" w14:textId="77777777" w:rsidR="00253441" w:rsidRDefault="002534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C13E03"/>
    <w:multiLevelType w:val="hybridMultilevel"/>
    <w:tmpl w:val="8B9EC89A"/>
    <w:lvl w:ilvl="0" w:tplc="86B6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024268">
    <w:abstractNumId w:val="8"/>
  </w:num>
  <w:num w:numId="2" w16cid:durableId="1897618698">
    <w:abstractNumId w:val="6"/>
  </w:num>
  <w:num w:numId="3" w16cid:durableId="1607467264">
    <w:abstractNumId w:val="5"/>
  </w:num>
  <w:num w:numId="4" w16cid:durableId="1599941686">
    <w:abstractNumId w:val="4"/>
  </w:num>
  <w:num w:numId="5" w16cid:durableId="1942450844">
    <w:abstractNumId w:val="7"/>
  </w:num>
  <w:num w:numId="6" w16cid:durableId="1927610711">
    <w:abstractNumId w:val="3"/>
  </w:num>
  <w:num w:numId="7" w16cid:durableId="169297209">
    <w:abstractNumId w:val="2"/>
  </w:num>
  <w:num w:numId="8" w16cid:durableId="377631291">
    <w:abstractNumId w:val="1"/>
  </w:num>
  <w:num w:numId="9" w16cid:durableId="191919575">
    <w:abstractNumId w:val="0"/>
  </w:num>
  <w:num w:numId="10" w16cid:durableId="5198987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90B"/>
    <w:rsid w:val="0015074B"/>
    <w:rsid w:val="00253441"/>
    <w:rsid w:val="0029639D"/>
    <w:rsid w:val="00326F90"/>
    <w:rsid w:val="00850800"/>
    <w:rsid w:val="0087356A"/>
    <w:rsid w:val="00AA1D8D"/>
    <w:rsid w:val="00B47730"/>
    <w:rsid w:val="00B93CFA"/>
    <w:rsid w:val="00CB0664"/>
    <w:rsid w:val="00F548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5DF15"/>
  <w14:defaultImageDpi w14:val="300"/>
  <w15:docId w15:val="{686651D5-2EFE-4FC3-A14C-E17F1B13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Francisca Pilar Jofre Ovando</cp:lastModifiedBy>
  <cp:revision>2</cp:revision>
  <dcterms:created xsi:type="dcterms:W3CDTF">2013-12-23T23:15:00Z</dcterms:created>
  <dcterms:modified xsi:type="dcterms:W3CDTF">2026-09-23T14:37:00Z</dcterms:modified>
  <cp:category/>
</cp:coreProperties>
</file>